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(מילים שונות במשמעות דומה)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הפכים (מילים במשמעות הפוכה)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הפכים, 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המילים מתארות הרגשה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נרדפת או 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'מה ההפך?'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יושבים יחד במכונית או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הורה אומר מילה, למשל 'חם'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הילד או הילדה חושבים על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הילד או הילדה אומרים את ההפך, למשל 'קר'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'שמח' ואז משפט דומה עם מילה נרדפת כמו 'עליז'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שמילים נרדפות דומות במשמעות והפכים הפוכות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 זיכרון שהודפסו בבית כדי לתרגל בכיתה גם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השבוע למדנו על מילים נרדפות כמו שָׂמֵחַ ועָלִיז, ועל הפכים כמו גָּדוֹל וקָטָן. בדף הזה נתרגל את זה יחד, גם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  ·  קטן  ·  לאט  ·  עליז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נרדפות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'גדול' ו'קטן'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של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ההפך של 'מהר'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'מה ההפך?'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הורה אומר מילה, למשל 'חם'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יושבים יחד במכונית או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או הילדה אומרים את ההפך, למשל 'קר'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או הילדה חושבים על ההפך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עם המילה 'שמח' ואז כתבו את אותו המשפט עם מילה נרדפת במקומה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