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נרדפות (מילים שונות במשמעות דומה)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הפכים (מילים במשמעות הפוכה)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במילים נרדפות ובהפכים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זעיר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אלה הפכים, לא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שתי המילים מתארות הרגשה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הפכים הן מילים עם משמעות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אלה שתי תחושות הפוכות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כתוב בדף ההורים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נרדפת או 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(עליז)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(לאט)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(נאה)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(לילה)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המשחק 'מה ההפך?'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יושבים יחד במכונית או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הורה אומר מילה, למשל 'חם'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הילד או הילדה חושבים על ההפך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הילד או הילדה אומרים את ההפך, למשל 'קר'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חוגגים את ההצלחה וממשיכים למילה הבאה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עם 'שמח' ואז משפט דומה עם מילה נרדפת כמו 'עליז'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 משפטים עם לפחות זוג הפכים אחד, למשל גדול-קטן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זוג 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זוג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שמילים נרדפות דומות במשמעות והפכים הפוכות במשמעות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בכרטיסי זיכרון שהודפסו בבית כדי לתרגל בכיתה גם 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המילים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בדוגמאות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מילים שדומות במשמעות - נרדפות. ויש מילים הפוכות - הפכים. נתרגל את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נרדפות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שונות עם משמעות דומה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עם משמעות הפוכה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שָׂמֵחַ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עליז, מרוצה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עָלִיז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שמח, בעל מצב רוח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חַם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הפך של קר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קַר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הפך של חם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גָּדוֹל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הפך של קטן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קָטָן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הפך של גדול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ההפך של 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דומה במשמעות ל'שמח'?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הפך ל'חם'?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דומה במשמעות ל'יפה'?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נחמד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ההפך של 'מהר'?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נמוך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דומה במשמעות ל'קטן'?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ארוך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נרדפות הן מילים עם משמעות דומה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'גדול' ו'קטן'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'שמח' ו'עליז'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הפכים הן מילים עם אותה משמעות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'חם' ו'קר' הן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לשחק משחק זיכרון עם כרטיסי מילים נרדפות והפכים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ההפך של 'חם'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מילה נרדפת ל'שמח'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ההפך של 'גדול'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ההפך של 'מהר'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מילה נרדפת ל'יפה'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ההפך של 'יום'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נרדפת או 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לאט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עליז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המשחק 'מה ההפך?'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חוגגים את ההצלחה וממשיכים למילה הבאה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 או הילדה חושבים על ההפך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 או הילדה אומרים את ההפך, למשל 'קר'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הורה אומר מילה, למשל 'חם'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יושבים יחד במכונית או בבית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עם המילה 'שמח' ואז כתבו את אותו המשפט עם מילה נרדפת במקומה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קצר על יום בבית הספר, ואז כתבו משפט הפוך לגמרי באמצעות הפכים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למילים נרדפות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מילים נרדפות להפכים?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והפכים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