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(מילים שונות במשמעות דומה)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הפכים (מילים במשמעות הפוכה)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הפכים, 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הפכים הן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שתי תחושות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בדף ההורים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נרדפת או 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'מה ההפך?'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יושבים יחד במכונית או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הורה אומר מילה, למשל 'חם'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הילד או הילדה חושבים על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הילד או הילדה אומרים את ההפך, למשל 'קר'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את ההצלחה וממשיכים למילה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'שמח' ואז משפט דומה עם מילה נרדפת כמו 'עליז'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עם לפחות זוג הפכים אחד, למשל גדול-קטן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שמילים נרדפות דומות במשמעות והפכים הפוכות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 זיכרון שהודפסו בבית כדי לתרגל בכיתה גם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השבוע למדנו על מילים נרדפות כמו שָׂמֵחַ ועָלִיז, ועל הפכים כמו גָּדוֹל וקָטָן. בדף הזה נתרגל את זה יחד, גם בבית.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נרדפת למילה 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נרדפת למילה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נרדפת למילה 'קטן'?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'גדול' ו'קטן'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הן מילים עם אותה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'חם' ו'קר'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משחק זיכרון עם כרטיסי מילים נרדפות והפכים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'יום'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עליז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'מה ההפך?'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את ההצלחה וממשיכים למילה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אומרים את ההפך, למשל 'קר'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יושבים יחד במכונית או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הורה אומר מילה, למשל 'חם'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חושבים על ההפך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'שמח' ואז כתבו את אותו המשפט עם מילה נרדפת במקומה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יום בבית הספר, ואז כתבו משפט הפוך לגמרי באמצעות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